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עיר ותחבורה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מילים חדשות הקשורות לעיר ולתחבורה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ולענות על שאלות לפיו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פשוטה על העיר או השכונה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בתל אביב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ברכבת ובאוטובוס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כרטיס נסיעה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בטקסט כתוב שהעיר גדולה ויש בה הרבה אנשים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רכבת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(מקום גדול עם הרבה אנשים ובתים)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(מקום שעוצרים בו אוטובוס או רכבת)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(אור שמנהל את התנועה ברחוב)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(רכב קטן שנוסעים בו בתשלום)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הנכונים לנסיעה באוטובוס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ללכת לתחנה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לחכות לאוטובוס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לעלות לאוטובוס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על העיר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חופשית; לבדוק שימוש נכון במילות אוצר המילים ומשפטים שלמים וברורים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שתי מילים רלוונטיות כמו אוטובוס, רכבת, תחנה, מונית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רכבת/אוטובוס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כרטיס נסיעה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הטקסט מהדף לפני התרגול כדי לחזק הבנת הנשמע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לחזור על המילים החדשות בקול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עבור התלמידים החלשים יותר אפשר לדלג על הסעיפים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עיר ותחבורה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מילים על העיר והתחבורה כמו אוטובוס, רכבת, תחנה וכרטיס. נקרא טקסט קצר על אישה שגרה בתל אביב ונענה על שאלות עליו.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עיר  ·  רכבת  ·  תל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איפה גרה האישה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במה היא נוסעת בעיר?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באופניים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ברכבת ובאוטובוס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במונית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יש לה כדי לנסוע?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כרטיס נסיעה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טלפון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העיר שבה היא גרה קטנה ושקטה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היא נוסעת ברכבת ובאוטובוס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אני גרה ב__________ אביב.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גדולה ויש בה הרבה אנשים.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אני נוסעת ב__________ ובאוטובוס.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רכב קטן שנוסעים בו בתשלום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תחנה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מקום גדול עם הרבה אנשים ובתים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רמזור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מקום שעוצרים בו אוטובוס או רכבת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אור שמנהל את התנועה ברחוב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השלבים הנכונים לנסיעה באוטובוס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לעלות לאוטובוס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ללכת לתחנה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לחכות לאוטובוס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על העיר 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את העיר או השכונה שלכם בחמישה משפטים. השתמשו במילים: רחוב, אוטובוס, תחנה, פארק.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שתי מילים חדשות שלמדתם היום בנושא תחבורה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השלימו: אני נוסעת ב___ ו-___.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עיר ותחבורה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