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לעיר ולתחבורה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ולענות על שאלות לפיו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פשוטה על העיר או השכונה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ברכבת ובאוטובוס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כרטיס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שהעיר גדולה ויש בה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הגדרה של תחנה ולא של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תפקידו של כרטיס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כתוב שהיא הולכת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(מקום גדול עם הרבה אנשים ובתים)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 שעוצרים בו אוטובוס או 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(אור שמנהל את התנועה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(רכב קטן שנוסעים בו בתשלום)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(צריך אותו כדי לנסוע באוטובוס)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לנסיעה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ללכת לתחנה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לחכות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להראות כרטיס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לעלות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לרדת בתחנה הרצויה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העיר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חופשית; לבדוק שימוש נכון במילות אוצר המילים ומשפטים שלמים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רלוונטיות כמו אוטובוס, רכבת, תחנה, מונית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רכבת/אוטובוס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מהדף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לחזור על המילים החדשות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התלמידים החלשים יותר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על העיר. למשל: אוטובוס, רכבת, תחנה, כרטיס. קוראים משפטים קצרים ועונים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עם הרבה בתים ואנשים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שהולכים או נוסעים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אוטובוס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 ציבורי גדול לנסיעות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 שנוסע על פסים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שעוצרים בו אוטובוס או רכבת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 קטן שנוסעים בו בתשלום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אדום צהוב וירוק שמנהל 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אותו כדי לנסוע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היא 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היא נוסעת?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ברכבת ובאוטובוס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היא צריכה בשביל לנסוע?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היא הולכת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מי היא הולכת?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השכנים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שבה היא גרה קטנה ושקטה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נוסעת ברכבת ובאוטובוס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רמזור הוא מקום שעוצרים בו 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נסיעה צריך בשביל לנסוע באוטובוס או ברכבת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היא הולכת לבדה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גרה ב__________ אביב.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גדולה ויש בה הרבה 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נוסעת ב__________ ובאוטובוס.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לי __________ נסיעה.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בערב אני הולכת ל__________ עם חברים.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 שמנהל את התנועה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צריך אותו כדי לנסוע באוטובוס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רכב קטן שנוסעים בו בתשלום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שעוצרים בו אוטובוס או 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גדול עם הרבה אנשים ובתים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 לנסיעה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לעלות לאוטובוס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להראות כרטיס נסיעה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לרדת בתחנה הרצויה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לאוטובוס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לתחנה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העיר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 העיר או השכונה שלכם בחמישה משפטים. השתמשו במילים: רחוב, אוטובוס, תחנה, פארק.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בנושא תחבורה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אני נוסעת ב___ ו-___.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לכרטיס שצריך בשביל נסיעה באוטובוס?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עיר ותחבורה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