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לעיר ולתחבורה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ולענות על שאלות לפיו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פשוטה על העיר או השכונה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ברכבת ובאוטובוס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כרטיס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כתוב שהעיר גדולה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הגדרה של תחנה ולא של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כרטיס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בטקסט כתוב שהיא הולכת עם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גדול עם הרבה אנשים ובתים)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שעוצרים בו אוטובוס או רכבת)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(אור שמנהל את התנועה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(רכב קטן שנוסעים בו בתשלום)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(צריך אותו כדי לנסוע באוטובוס)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הנכונים לנסיעה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ללכת לתחנה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לחכות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להראות כרטיס 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לעלות לאוטובוס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לרדת בתחנה הרצויה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העיר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שימוש נכון במילות אוצר המילים ומשפטים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רלוונטיות כמו אוטובוס, רכבת, תחנה, מונית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רכבת/אוטובוס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מהדף לפני התרגול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לחזור על המילים החדשות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התלמידים החלשים יותר אפשר לדלג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עיר ותחבורה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על העיר והתחבורה כמו אוטובוס, רכבת, תחנה וכרטיס. נקרא טקסט קצר על אישה שגרה בתל אביב ונענה על שאלות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גרה האישה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היא נוסעת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 ובאוטובוס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במונית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לה כדי לנסוע?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כרטיס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לאן היא הולכת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מי היא הולכת 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שבה היא גרה קטנה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נוסעת ברכבת ובאוטובוס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 הוא מקום שעוצרים בו אוטובוס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נסיעה צריך בשביל לנסוע באוטובוס או ברכבת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בערב היא הולכת לבדה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גרה ב__________ אביב.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גדולה ויש בה הרבה 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אני נוסעת ב__________ ובאוטובוס.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לי __________ 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בערב אני הולכת ל__________ עם חברים.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 אותו כדי לנסוע באוטובוס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גדול עם הרבה אנשים ובתים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רכב קטן שנוסעים בו בתשלום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שעוצרים בו אוטובוס או רכבת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אור שמנהל את התנועה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הנכונים לנסיעה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כרטיס נסיעה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לרדת בתחנה הרצויה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לחכות לאוטובוס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ללכת לתחנה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לעלות לאוטובוס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העיר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העיר או השכונה שלכם בחמישה משפטים. השתמשו במילים: רחוב, אוטובוס, תחנה, פארק.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בנושא תחבורה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אני נוסעת ב___ ו-___.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לכרטיס שצריך בשביל נסיעה באוטובוס?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עיר ותחבורה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